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חמישה מקורות יהודיים העוסקים באחריות אישית והדדית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של כל מקור ולקשר אותו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עמידה מהצד לבין פעולה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 השאלות מהמשנה באבות א,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המשל מופיע בויקרא רבה, לא במסכת אבות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מקור למסר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(אחריות אישית ושאלה על הזמן -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(איסור לעמוד מנגד כשמישהו בסכנה)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 הדדית, כמו ערב להלוואה)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(מעשה פרטי יכול לפגוע בכולם)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לאחת משלוש השאלות: על עצמי, כלפי אחרים, או על הזמן, עם נימוק קשור לחיי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לעמוד מנגד הוא להישאר צופה בלי לעשות כלום; לפעול הוא לנקוט צעד בטוח לעזור, כמו לקרוא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להסבר הכולל דאגה הדדית בין אנשים, לא שיפוט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צפייה פסיבית לבין פעולה אקטיבית ובטוחה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המחובר לאחד מחמשת המקורות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כל מקור ודיון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לתת דוגמאות אישיות מחיי בית הספר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לחתוך ולהדביק את המקורות כקלפים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נפגוש חמישה מקורות יהודיים עתיקים שעוסקים באחריות - כלפי עצמי, כלפי אחרים, ובזמן. נבדוק מה כל מקור מלמד אותנו ואיך אפשר ליישם זאת בחיים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לי  ·  רעך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ניסח את שלוש השאלות שמתחילות ב'אם אין אני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הפסוק 'לא תעמד על דם רעך' מופיע באיזה חומש?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הלל שאל שלוש שאלות: על עצמי, כלפי אחרים, ועל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 הספינה מופיע במסכת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מקור למסר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אם אין אני לי מי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איסור לעמוד מנגד כשמישהו בסכנה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לא תעמד על דם רעך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אחריות אישית ושאלה על הזמן -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 ישראל ערבים זה בזה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מעשה פרטי יכול לפגוע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 הספינה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אחריות הדדית, כמו ערב להלוואה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אין אני לי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 תעמד על דם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משלוש השאלות של הלל הכי מדברת אליכם היום? כתבו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'לעמוד מנגד' לבין 'לפעול' כשמישהו נפגע?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במילים שלכם מה זה 'ערבות הדדית'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ל'עמידה מנגד' ודוגמה אחת ל'פעולה' אחראית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יהודיים על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