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🧭 מסילות אל הנפש – מסע של מידות, בחירה ואחריות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מקורות יהודיים על אחריות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חמישה מקורות יהודיים העוסקים באחריות אישית והדדית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את המסר של כל מקור ולקשר אותו לחיי היומיום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הבחנה בין עמידה מהצד לבין פעולה אחראית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עולים חדשים – מילון מילים בראש הדף, משפטים קצרים ושפה פשוטה. אפשר לאפשר מילון אישי ועבודה בזוגות.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הבנת המקורות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הלל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ויקרא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 – שמעשה שנראה פרטי משפיע על כולם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א – תלמוד בבלי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א – אדם בוגר ואחראי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אלו שלוש השאלות מהמשנה באבות א, יד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הפסוק דווקא אוסר לעמוד מנגד - צריך לפעול בדרך בטוחה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 נכון – המשל מופיע בויקרא רבה, לא במסכת אבות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נכון – הביטוי מדגיש דאגה הדדית, לא ביקורת או שיפוט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נכון – זהו המסר המרכזי של המשפט הזה מאבות ב, 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התאימו מקור למסר שלו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ה (אחריות אישית ושאלה על הזמן - עכשיו)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ד (איסור לעמוד מנגד כשמישהו בסכנה)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א (אחריות הדדית, כמו ערב להלוואה)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ב (מעשה פרטי יכול לפגוע בכולם)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ג (לקחת יוזמה כשאף אחד אחר לא עושה זאת)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השלימו את המילה החסרה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רעך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ערבים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איש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מקדח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כתיבה ומחשבה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תשובה אישית המתייחסת לאחת משלוש השאלות: על עצמי, כלפי אחרים, או על הזמן, עם נימוק קשור לחיי התלמיד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דוגמה כמו הפרעה בשיעור, לכלוך משותף, רכילות - עם הסבר איך זה פוגע בכלל הכיתה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לעמוד מנגד הוא להישאר צופה בלי לעשות כלום; לפעול הוא לנקוט צעד בטוח לעזור, כמו לקרוא למבוגר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סיפור אישי או כללי המתאר מצב שבו אף אחד לא פעל עד שמישהו לקח יוזמה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מצפים להסבר הכולל דאגה הדדית בין אנשים, לא שיפוט או ביקורת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התלמיד מבחין בין צפייה פסיבית לבין פעולה אקטיבית ובטוחה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תשובה אישית עם נימוק המחובר לאחד מחמשת המקורות שנלמדו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לפתוח בקריאה משותפת של כל מקור ודיון קצר לפני מילוי הדף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לעודד תלמידים לתת דוגמאות אישיות מחיי בית הספר בחלק הפתוח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בחלק ההתאמה אפשר לחתוך ולהדביק את המקורות כקלפים לעבודה בזוגות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🧭 מסילות אל הנפש – מסע של מידות, בחירה ואחריות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מקורות יהודיים על אחריות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בדף הזה יש חמישה משפטים ישנים וחשובים. הם מספרים לנו למה חשוב לקחת אחריות - על עצמנו ועל אנשים אחרים.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📖 מילון קטן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אחריות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לקחת על עצמי לדאוג למשהו או למישהו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ערבות הדדית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לדאוג זה לזה, כמו ערב שמתחייב בשביל מישהו אחר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מסכת אבות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חלק מהמשנה עם פתגמים ועצות על איך להתנהג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מדרש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סיפור או הסבר שממחיש רעיון מהתורה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לעמוד מנגד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להישאר צופה מהצד בלי לפעול כשמישהו בסכנה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משל הספינה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סיפור שממחיש שמעשה שנראה פרטי משפיע על כולם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הלל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חכם מהמשנה שניסח שלוש שאלות חשובות על אחריות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הבנת המקורות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מי אמר את המשפט 'אם אין אני לי'?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הלל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שמאי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רבי עקיבא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רבן גמליאל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באיזה חומש נמצא הפסוק 'לא תעמד על דם רעך'?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ויקרא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בראשית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שמות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דברים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מה הסיפור על הספינה בא ללמד אותנו?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שמעשה שנראה פרטי משפיע על כולם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שכל אחד צריך לדאוג רק לעצמו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שאסור לצאת להפלגות 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שצריך ללמוד לשחות לפני טיול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מאיפה לקוח הביטוי 'כל ישראל ערבים זה בזה'?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תלמוד בבלי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משנה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תורה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מדרש רבה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מה הכוונה במילה 'איש' במשפט הזה?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אדם בוגר ואחראי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גבר בלבד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חייל בצבא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מורה בבית ספר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הלל שאל שלוש שאלות: על עצמי, כלפי אחרים, ועל הזמן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הפסוק 'לא תעמד על דם רעך' מתיר לעמוד מהצד ולצפות בשקט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משל הספינה מופיע במסכת אבות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'כל ישראל ערבים זה בזה' מלמד על אכפתיות ולא על שיפוט הדדי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'ובמקום שאין אנשים השתדל להיות איש' מלמד שכשאין מי שלוקח אחריות, צריך לקום ולפעול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התאימו מקור למסר שלו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אם אין אני לי מי לי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אחריות הדדית, כמו ערב להלוואה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לא תעמד על דם רעך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מעשה פרטי יכול לפגוע בכולם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כל ישראל ערבים זה בזה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לקחת יוזמה כשאף אחד אחר לא עושה זאת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משל הספינה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איסור לעמוד מנגד כשמישהו בסכנה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ובמקום שאין אנשים השתדל להיות איש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אחריות אישית ושאלה על הזמן - עכשיו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השלימו את המילה החסרה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אם אין אני לי מי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לא תעמד על דם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כל ישראל __________ זה בזה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ובמקום שאין אנשים השתדל להיות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במשל הספינה, אחד הנוסעים לוקח __________ ומתחיל לקדוח מתחת למקומו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כתיבה ומחשבה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איזו משלוש השאלות של הלל הכי מדברת אליכם היום? כתבו ונמקו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תנו דוגמה מחיי בית הספר למצב של 'קידוח מתחת למקום שלי' - מעשה שנראה אישי אך פוגע בכולם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מה ההבדל בין 'לעמוד מנגד' לבין 'לפעול' כשמישהו נפגע?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ספרו על רגע שבו 'לא היו אנשים' ומישהו קם ועשה משהו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כתבו במילים שלכם מה זה 'ערבות הדדית'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תנו דוגמה אחת ל'עמידה מנגד' ודוגמה אחת ל'פעולה' אחראית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איזה מקור מהדף הכי קרוב לליבכם היום? למה?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מקורות יהודיים על אחריות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