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יהודיים על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חמישה מקורות יהודיים העוסקים באחריות אישית והדדית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של כל מקור ולקשר אותו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עמידה מהצד לבין פעולה אחראית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ויקרא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שמעשה שנראה פרטי משפיע על 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תלמוד בבלי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אדם בוגר ואחראי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אלו שלוש השאלות מהמשנה באבות א, 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הפסוק דווקא אוסר לעמוד מנגד - צריך לפעול בדרך 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המשל מופיע בויקרא רבה, לא במסכת אבות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הביטוי מדגיש דאגה הדדית, לא ביקורת או שיפוט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המסר המרכזי של המשפט הזה מאבות ב,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מקור למסר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(אחריות אישית ושאלה על הזמן - עכשיו)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(איסור לעמוד מנגד כשמישהו בסכנה)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(אחריות הדדית, כמו ערב להלוואה)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(מעשה פרטי יכול לפגוע בכולם)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(לקחת יוזמה כשאף אחד אחר לא עושה זאת)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רעך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מקדח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לאחת משלוש השאלות: על עצמי, כלפי אחרים, או על הזמן, עם נימוק קשור לחיי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דוגמה כמו הפרעה בשיעור, לכלוך משותף, רכילות - עם הסבר איך זה פוגע בכלל הכיתה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לעמוד מנגד הוא להישאר צופה בלי לעשות כלום; לפעול הוא לנקוט צעד בטוח לעזור, כמו לקרוא למבוגר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סיפור אישי או כללי המתאר מצב שבו אף אחד לא פעל עד שמישהו לקח יוזמה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להסבר הכולל דאגה הדדית בין אנשים, לא שיפוט או ביקורת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מבחין בין צפייה פסיבית לבין פעולה אקטיבית ובטוחה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המחובר לאחד מחמשת המקורות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כל מקור ודיון קצר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לתת דוגמאות אישיות מחיי בית הספר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ההתאמה אפשר לחתוך ולהדביק את המקורות כקלפים לעבודה בזוגות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מקורות יהודיים על 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נפגוש חמישה מקורות יהודיים עתיקים שעוסקים באחריות - כלפי עצמי, כלפי אחרים, ובזמן. נבדוק מה כל מקור מלמד אותנו ואיך אפשר ליישם זאת בחיים שלנו.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ניסח את שלוש השאלות שמתחילות ב'אם אין אני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רבן גמליאל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הפסוק 'לא תעמד על דם רעך' מופיע באיזה חומש?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ויקרא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מלמד משל הספינה?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שמעשה שנראה פרטי משפיע על 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 אחד צריך לדאוג רק לעצמו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שאסור לצאת להפלגות 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שצריך ללמוד לשחות לפני טיול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הביטוי 'כל ישראל ערבים זה בזה' מופיע באיזה מקור?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תלמוד בבלי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מדרש רבה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פירוש המילה 'איש' במשפט 'השתדל להיות איש'?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אדם בוגר ואחראי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חייל בצבא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 בבית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הלל שאל שלוש שאלות: על עצמי, כלפי אחרים, ועל הזמן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'לא תעמד על דם רעך' מתיר לעמוד מהצד ולצפות בשקט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משל הספינה מופיע במסכת אבות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'כל ישראל ערבים זה בזה' מלמד על אכפתיות ולא על שיפוט הדדי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'ובמקום שאין אנשים השתדל להיות איש' מלמד שכשאין מי שלוקח אחריות, צריך לקום ולפעול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מקור למסר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אם אין אני לי מי 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אחריות הדדית, כמו ערב להלוואה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לא תעמד על דם רעך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מעשה פרטי יכול לפגוע בכולם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ישראל ערבים זה בזה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איסור לעמוד מנגד כשמישהו בסכנה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משל הספינה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לקחת יוזמה כשאף אחד אחר לא עושה זאת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ובמקום שאין אנשים השתדל להיות איש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אחריות אישית ושאלה על הזמן - עכשיו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אם אין אני לי מי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לא תעמד על דם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ישראל __________ זה בזה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ובמקום שאין אנשים השתדל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במשל הספינה, אחד הנוסעים לוקח __________ ומתחיל לקדוח מתחת למקומו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משלוש השאלות של הלל הכי מדברת אליכם היום? כתבו ונמקו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מחיי בית הספר למצב של 'קידוח מתחת למקום שלי' - מעשה שנראה אישי אך פוגע בכולם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'לעמוד מנגד' לבין 'לפעול' כשמישהו נפגע?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ספרו על רגע שבו 'לא היו אנשים' ומישהו קם ועשה משהו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במילים שלכם מה זה 'ערבות הדדית'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ל'עמידה מנגד' ודוגמה אחת ל'פעולה' אחראית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מקור מהדף הכי קרוב לליבכם היום? 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מקורות יהודיים על 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